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AC1" w:rsidRDefault="00255C8E">
      <w:pPr>
        <w:spacing w:after="40"/>
        <w:jc w:val="center"/>
      </w:pPr>
      <w:r>
        <w:rPr>
          <w:b/>
          <w:color w:val="2B6CB0"/>
          <w:sz w:val="32"/>
        </w:rPr>
        <w:t>FICHE D'INSCRIPTION</w:t>
      </w:r>
    </w:p>
    <w:p w:rsidR="00FE4AC1" w:rsidRDefault="00255C8E">
      <w:pPr>
        <w:spacing w:after="160"/>
        <w:jc w:val="center"/>
      </w:pPr>
      <w:r>
        <w:rPr>
          <w:b/>
          <w:color w:val="4A5568"/>
          <w:sz w:val="20"/>
        </w:rPr>
        <w:t>École de Natation Enfants — Piscine Municipale de Mons-en-Barœul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2B6CB0"/>
              </w:rPr>
              <w:t xml:space="preserve"> [  ] MONSOIS</w:t>
            </w:r>
            <w:r>
              <w:rPr>
                <w:sz w:val="17"/>
              </w:rPr>
              <w:t xml:space="preserve"> (</w:t>
            </w:r>
            <w:proofErr w:type="spellStart"/>
            <w:r w:rsidR="007846E5">
              <w:rPr>
                <w:sz w:val="17"/>
              </w:rPr>
              <w:t>fournir</w:t>
            </w:r>
            <w:proofErr w:type="spellEnd"/>
            <w:r w:rsidR="007846E5">
              <w:rPr>
                <w:sz w:val="17"/>
              </w:rPr>
              <w:t xml:space="preserve"> un </w:t>
            </w:r>
            <w:proofErr w:type="spellStart"/>
            <w:r w:rsidR="007846E5">
              <w:rPr>
                <w:sz w:val="17"/>
              </w:rPr>
              <w:t>j</w:t>
            </w:r>
            <w:r>
              <w:rPr>
                <w:sz w:val="17"/>
              </w:rPr>
              <w:t>ustificatif</w:t>
            </w:r>
            <w:proofErr w:type="spellEnd"/>
            <w:r>
              <w:rPr>
                <w:sz w:val="17"/>
              </w:rPr>
              <w:t xml:space="preserve"> </w:t>
            </w:r>
            <w:r w:rsidR="007846E5">
              <w:rPr>
                <w:sz w:val="17"/>
              </w:rPr>
              <w:t xml:space="preserve">de domicile de </w:t>
            </w:r>
            <w:proofErr w:type="spellStart"/>
            <w:r w:rsidR="007846E5">
              <w:rPr>
                <w:sz w:val="17"/>
              </w:rPr>
              <w:t>moins</w:t>
            </w:r>
            <w:proofErr w:type="spellEnd"/>
            <w:r w:rsidR="007846E5">
              <w:rPr>
                <w:sz w:val="17"/>
              </w:rPr>
              <w:t xml:space="preserve"> de 3 </w:t>
            </w:r>
            <w:proofErr w:type="spellStart"/>
            <w:r w:rsidR="007846E5">
              <w:rPr>
                <w:sz w:val="17"/>
              </w:rPr>
              <w:t>mois</w:t>
            </w:r>
            <w:proofErr w:type="spellEnd"/>
            <w:r>
              <w:rPr>
                <w:sz w:val="17"/>
              </w:rPr>
              <w:t xml:space="preserve">)  </w:t>
            </w:r>
            <w:r w:rsidR="0091742D">
              <w:rPr>
                <w:sz w:val="17"/>
              </w:rPr>
              <w:t xml:space="preserve">                                        </w:t>
            </w:r>
            <w:r>
              <w:rPr>
                <w:b/>
              </w:rPr>
              <w:t>[  ] EXTÉRIEUR</w:t>
            </w:r>
          </w:p>
        </w:tc>
      </w:tr>
    </w:tbl>
    <w:p w:rsidR="00FE4AC1" w:rsidRDefault="00FE4AC1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shd w:val="clear" w:color="auto" w:fill="2B6CB0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FFFFFF"/>
              </w:rPr>
              <w:t>1. INFORMATIONS CONCERNANT L'ENFANT</w:t>
            </w:r>
          </w:p>
        </w:tc>
      </w:tr>
    </w:tbl>
    <w:p w:rsidR="00FE4AC1" w:rsidRDefault="00FE4AC1">
      <w:pPr>
        <w:spacing w:after="80"/>
      </w:pPr>
    </w:p>
    <w:p w:rsidR="00FE4AC1" w:rsidRDefault="00255C8E">
      <w:pPr>
        <w:spacing w:after="80"/>
      </w:pPr>
      <w:r>
        <w:rPr>
          <w:b/>
        </w:rPr>
        <w:t xml:space="preserve">Nom de l'enfant : </w:t>
      </w:r>
      <w:r>
        <w:t xml:space="preserve">......................................................  </w:t>
      </w:r>
      <w:r>
        <w:rPr>
          <w:b/>
        </w:rPr>
        <w:t xml:space="preserve">Prénom : </w:t>
      </w:r>
      <w:r>
        <w:t>......................................................</w:t>
      </w:r>
    </w:p>
    <w:p w:rsidR="00FE4AC1" w:rsidRDefault="00255C8E">
      <w:pPr>
        <w:spacing w:after="80"/>
      </w:pPr>
      <w:r>
        <w:rPr>
          <w:b/>
        </w:rPr>
        <w:t xml:space="preserve">Né(e) le : </w:t>
      </w:r>
      <w:r>
        <w:t xml:space="preserve">....... / ....... / .............  </w:t>
      </w:r>
      <w:r>
        <w:rPr>
          <w:b/>
        </w:rPr>
        <w:t xml:space="preserve">Observations médicales (allergies...) : </w:t>
      </w:r>
      <w:r>
        <w:t>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shd w:val="clear" w:color="auto" w:fill="2B6CB0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FFFFFF"/>
              </w:rPr>
              <w:t>2. COORDONNÉES DU REPRÉSENTANT LÉGAL</w:t>
            </w:r>
          </w:p>
        </w:tc>
      </w:tr>
    </w:tbl>
    <w:p w:rsidR="00FE4AC1" w:rsidRDefault="00FE4AC1">
      <w:pPr>
        <w:spacing w:after="80"/>
      </w:pPr>
    </w:p>
    <w:p w:rsidR="00FE4AC1" w:rsidRDefault="00255C8E">
      <w:pPr>
        <w:spacing w:after="80"/>
      </w:pPr>
      <w:r>
        <w:rPr>
          <w:b/>
        </w:rPr>
        <w:t xml:space="preserve">Nom du responsable : </w:t>
      </w:r>
      <w:r>
        <w:t xml:space="preserve">................................................  </w:t>
      </w:r>
      <w:r>
        <w:rPr>
          <w:b/>
        </w:rPr>
        <w:t xml:space="preserve">Prénom : </w:t>
      </w:r>
      <w:r>
        <w:t>................................................</w:t>
      </w:r>
    </w:p>
    <w:p w:rsidR="00FE4AC1" w:rsidRDefault="00255C8E">
      <w:pPr>
        <w:spacing w:after="80"/>
      </w:pPr>
      <w:r>
        <w:rPr>
          <w:b/>
        </w:rPr>
        <w:t xml:space="preserve">Adresse : </w:t>
      </w:r>
      <w:r>
        <w:t>....................................................................................................................................................................................</w:t>
      </w:r>
    </w:p>
    <w:p w:rsidR="00FE4AC1" w:rsidRDefault="00255C8E">
      <w:pPr>
        <w:spacing w:after="80"/>
      </w:pPr>
      <w:r>
        <w:rPr>
          <w:b/>
        </w:rPr>
        <w:t xml:space="preserve">Code Postal : </w:t>
      </w:r>
      <w:r>
        <w:t xml:space="preserve">.......................  </w:t>
      </w:r>
      <w:r>
        <w:rPr>
          <w:b/>
        </w:rPr>
        <w:t xml:space="preserve">Ville : </w:t>
      </w:r>
      <w:r>
        <w:t>................................................................................................................</w:t>
      </w:r>
    </w:p>
    <w:p w:rsidR="00FE4AC1" w:rsidRDefault="00255C8E">
      <w:pPr>
        <w:spacing w:after="80"/>
      </w:pPr>
      <w:r>
        <w:rPr>
          <w:b/>
        </w:rPr>
        <w:t xml:space="preserve">Téléphone : </w:t>
      </w:r>
      <w:r>
        <w:t xml:space="preserve">..............................................  </w:t>
      </w:r>
      <w:r>
        <w:rPr>
          <w:b/>
        </w:rPr>
        <w:t xml:space="preserve">Mail (MAJUSCULES) : </w:t>
      </w:r>
      <w:r>
        <w:t>.........................................................................</w:t>
      </w:r>
    </w:p>
    <w:p w:rsidR="00FE4AC1" w:rsidRDefault="00255C8E">
      <w:pPr>
        <w:spacing w:after="40"/>
      </w:pPr>
      <w:r>
        <w:rPr>
          <w:b/>
        </w:rPr>
        <w:t>Personnes à prévenir en cas d'urgence :</w:t>
      </w:r>
    </w:p>
    <w:p w:rsidR="00FE4AC1" w:rsidRDefault="00255C8E">
      <w:pPr>
        <w:spacing w:after="80"/>
      </w:pPr>
      <w:r>
        <w:rPr>
          <w:b/>
        </w:rPr>
        <w:t xml:space="preserve">1. Nom &amp; Tél : </w:t>
      </w:r>
      <w:r>
        <w:t xml:space="preserve">..........................................................  </w:t>
      </w:r>
      <w:r>
        <w:rPr>
          <w:b/>
        </w:rPr>
        <w:t xml:space="preserve">2. Nom &amp; Tél : </w:t>
      </w:r>
      <w:r>
        <w:t>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shd w:val="clear" w:color="auto" w:fill="2B6CB0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FFFFFF"/>
              </w:rPr>
              <w:t>3. PIÈCES OBLIGATOIRES À FOURNIR</w:t>
            </w:r>
          </w:p>
        </w:tc>
      </w:tr>
    </w:tbl>
    <w:p w:rsidR="00FE4AC1" w:rsidRDefault="00FE4AC1">
      <w:pPr>
        <w:spacing w:after="80"/>
      </w:pPr>
    </w:p>
    <w:p w:rsidR="008807A0" w:rsidRDefault="00255C8E" w:rsidP="008807A0">
      <w:pPr>
        <w:pStyle w:val="Paragraphedeliste"/>
        <w:numPr>
          <w:ilvl w:val="0"/>
          <w:numId w:val="10"/>
        </w:numPr>
        <w:spacing w:after="40"/>
      </w:pPr>
      <w:r w:rsidRPr="008807A0">
        <w:rPr>
          <w:b/>
        </w:rPr>
        <w:t xml:space="preserve">  L'attestation du questionnaire de santé "Sport" </w:t>
      </w:r>
      <w:r>
        <w:t xml:space="preserve">pour mineur complétée et signée (Page 2), </w:t>
      </w:r>
      <w:proofErr w:type="spellStart"/>
      <w:r>
        <w:t>ou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médical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requis</w:t>
      </w:r>
      <w:proofErr w:type="spellEnd"/>
      <w:r>
        <w:t>.</w:t>
      </w:r>
    </w:p>
    <w:p w:rsidR="00FE4AC1" w:rsidRDefault="00255C8E" w:rsidP="008807A0">
      <w:pPr>
        <w:pStyle w:val="Paragraphedeliste"/>
        <w:numPr>
          <w:ilvl w:val="0"/>
          <w:numId w:val="10"/>
        </w:numPr>
        <w:spacing w:after="40"/>
      </w:pPr>
      <w:r w:rsidRPr="008807A0">
        <w:rPr>
          <w:b/>
        </w:rPr>
        <w:t xml:space="preserve">Pour les Monsois </w:t>
      </w:r>
      <w:proofErr w:type="spellStart"/>
      <w:r w:rsidR="00664831" w:rsidRPr="008807A0">
        <w:rPr>
          <w:b/>
        </w:rPr>
        <w:t>uniquement</w:t>
      </w:r>
      <w:proofErr w:type="spellEnd"/>
      <w:r w:rsidR="00664831" w:rsidRPr="008807A0">
        <w:rPr>
          <w:b/>
        </w:rPr>
        <w:t>:</w:t>
      </w:r>
      <w:r w:rsidRPr="008807A0">
        <w:rPr>
          <w:b/>
        </w:rPr>
        <w:t xml:space="preserve"> </w:t>
      </w:r>
      <w:proofErr w:type="spellStart"/>
      <w:r>
        <w:t>Justificatif</w:t>
      </w:r>
      <w:proofErr w:type="spellEnd"/>
      <w:r>
        <w:t xml:space="preserve"> de domicile de </w:t>
      </w:r>
      <w:proofErr w:type="spellStart"/>
      <w:r>
        <w:t>moins</w:t>
      </w:r>
      <w:proofErr w:type="spellEnd"/>
      <w:r>
        <w:t xml:space="preserve"> de 3 </w:t>
      </w:r>
      <w:proofErr w:type="spellStart"/>
      <w:r>
        <w:t>mois</w:t>
      </w:r>
      <w:proofErr w:type="spellEnd"/>
      <w: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shd w:val="clear" w:color="auto" w:fill="2B6CB0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FFFFFF"/>
              </w:rPr>
              <w:t>4. CADRE RÉSERVÉ À L'ADMINISTRATION</w:t>
            </w:r>
          </w:p>
        </w:tc>
      </w:tr>
    </w:tbl>
    <w:p w:rsidR="00FE4AC1" w:rsidRDefault="00FE4AC1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FE4AC1">
        <w:trPr>
          <w:jc w:val="center"/>
        </w:trPr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Période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Jour du cours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Heure du cours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Tarif appliqué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Paiement / Réf.</w:t>
            </w:r>
          </w:p>
        </w:tc>
      </w:tr>
      <w:tr w:rsidR="00FE4AC1">
        <w:trPr>
          <w:jc w:val="center"/>
        </w:trPr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7846E5">
            <w:pPr>
              <w:jc w:val="center"/>
            </w:pPr>
            <w:proofErr w:type="spellStart"/>
            <w:r>
              <w:rPr>
                <w:b/>
                <w:sz w:val="17"/>
              </w:rPr>
              <w:t>Année</w:t>
            </w:r>
            <w:proofErr w:type="spellEnd"/>
            <w:r w:rsidR="00255C8E">
              <w:rPr>
                <w:b/>
                <w:sz w:val="17"/>
              </w:rPr>
              <w:t xml:space="preserve"> 1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color w:val="718096"/>
                <w:sz w:val="15"/>
              </w:rPr>
              <w:t>[  ] Monsois   [  ] Extérieur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</w:tr>
      <w:tr w:rsidR="00FE4AC1">
        <w:trPr>
          <w:jc w:val="center"/>
        </w:trPr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7846E5">
            <w:pPr>
              <w:jc w:val="center"/>
            </w:pPr>
            <w:proofErr w:type="spellStart"/>
            <w:r>
              <w:rPr>
                <w:b/>
                <w:sz w:val="17"/>
              </w:rPr>
              <w:t>Année</w:t>
            </w:r>
            <w:proofErr w:type="spellEnd"/>
            <w:r w:rsidR="00255C8E">
              <w:rPr>
                <w:b/>
                <w:sz w:val="17"/>
              </w:rPr>
              <w:t xml:space="preserve"> 2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color w:val="718096"/>
                <w:sz w:val="15"/>
              </w:rPr>
              <w:t>[  ] Monsois   [  ] Extérieur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</w:tr>
      <w:tr w:rsidR="00FE4AC1">
        <w:trPr>
          <w:jc w:val="center"/>
        </w:trPr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7846E5">
            <w:pPr>
              <w:jc w:val="center"/>
            </w:pPr>
            <w:proofErr w:type="spellStart"/>
            <w:r>
              <w:rPr>
                <w:b/>
                <w:sz w:val="17"/>
              </w:rPr>
              <w:t>Année</w:t>
            </w:r>
            <w:proofErr w:type="spellEnd"/>
            <w:r w:rsidR="00255C8E">
              <w:rPr>
                <w:b/>
                <w:sz w:val="17"/>
              </w:rPr>
              <w:t xml:space="preserve"> 3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color w:val="718096"/>
                <w:sz w:val="15"/>
              </w:rPr>
              <w:t>[  ] Monsois   [  ] Extérieur</w:t>
            </w:r>
          </w:p>
        </w:tc>
        <w:tc>
          <w:tcPr>
            <w:tcW w:w="21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FE4AC1"/>
        </w:tc>
      </w:tr>
    </w:tbl>
    <w:p w:rsidR="00FE4AC1" w:rsidRDefault="00255C8E">
      <w:pPr>
        <w:spacing w:before="40" w:after="80"/>
        <w:jc w:val="right"/>
      </w:pPr>
      <w:r>
        <w:rPr>
          <w:i/>
          <w:color w:val="718096"/>
          <w:sz w:val="15"/>
        </w:rPr>
        <w:t>* Seul un dossier complet permettra l'accès aux activités.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3411B" w:rsidRPr="0053411B" w:rsidRDefault="00664831">
            <w:pPr>
              <w:rPr>
                <w:color w:val="4A5568"/>
                <w:sz w:val="16"/>
              </w:rPr>
            </w:pPr>
            <w:r>
              <w:rPr>
                <w:b/>
                <w:sz w:val="17"/>
              </w:rPr>
              <w:t xml:space="preserve">Attestation de </w:t>
            </w:r>
            <w:proofErr w:type="spellStart"/>
            <w:r>
              <w:rPr>
                <w:b/>
                <w:sz w:val="17"/>
              </w:rPr>
              <w:t>prise</w:t>
            </w:r>
            <w:proofErr w:type="spellEnd"/>
            <w:r>
              <w:rPr>
                <w:b/>
                <w:sz w:val="17"/>
              </w:rPr>
              <w:t xml:space="preserve"> de </w:t>
            </w:r>
            <w:proofErr w:type="spellStart"/>
            <w:r>
              <w:rPr>
                <w:b/>
                <w:sz w:val="17"/>
              </w:rPr>
              <w:t>connaissance</w:t>
            </w:r>
            <w:proofErr w:type="spellEnd"/>
            <w:r>
              <w:rPr>
                <w:b/>
                <w:sz w:val="17"/>
              </w:rPr>
              <w:t xml:space="preserve"> du </w:t>
            </w:r>
            <w:proofErr w:type="spellStart"/>
            <w:r>
              <w:rPr>
                <w:b/>
                <w:sz w:val="17"/>
              </w:rPr>
              <w:t>règlement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intérieur</w:t>
            </w:r>
            <w:proofErr w:type="spellEnd"/>
            <w:r>
              <w:rPr>
                <w:b/>
                <w:sz w:val="17"/>
              </w:rPr>
              <w:t xml:space="preserve"> :</w:t>
            </w:r>
            <w:r>
              <w:rPr>
                <w:b/>
                <w:sz w:val="17"/>
              </w:rPr>
              <w:br/>
            </w:r>
            <w:r>
              <w:rPr>
                <w:color w:val="4A5568"/>
                <w:sz w:val="16"/>
              </w:rPr>
              <w:t xml:space="preserve">Je </w:t>
            </w:r>
            <w:proofErr w:type="spellStart"/>
            <w:r>
              <w:rPr>
                <w:color w:val="4A5568"/>
                <w:sz w:val="16"/>
              </w:rPr>
              <w:t>soussigné</w:t>
            </w:r>
            <w:proofErr w:type="spellEnd"/>
            <w:r>
              <w:rPr>
                <w:color w:val="4A5568"/>
                <w:sz w:val="16"/>
              </w:rPr>
              <w:t xml:space="preserve">(e), </w:t>
            </w:r>
            <w:proofErr w:type="spellStart"/>
            <w:r>
              <w:rPr>
                <w:color w:val="4A5568"/>
                <w:sz w:val="16"/>
              </w:rPr>
              <w:t>représentant</w:t>
            </w:r>
            <w:proofErr w:type="spellEnd"/>
            <w:r>
              <w:rPr>
                <w:color w:val="4A5568"/>
                <w:sz w:val="16"/>
              </w:rPr>
              <w:t xml:space="preserve">(e) </w:t>
            </w:r>
            <w:proofErr w:type="spellStart"/>
            <w:r>
              <w:rPr>
                <w:color w:val="4A5568"/>
                <w:sz w:val="16"/>
              </w:rPr>
              <w:t>légal</w:t>
            </w:r>
            <w:proofErr w:type="spellEnd"/>
            <w:r>
              <w:rPr>
                <w:color w:val="4A5568"/>
                <w:sz w:val="16"/>
              </w:rPr>
              <w:t xml:space="preserve">(e) de </w:t>
            </w:r>
            <w:proofErr w:type="spellStart"/>
            <w:r>
              <w:rPr>
                <w:color w:val="4A5568"/>
                <w:sz w:val="16"/>
              </w:rPr>
              <w:t>l'enfant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susnommé</w:t>
            </w:r>
            <w:proofErr w:type="spellEnd"/>
            <w:r>
              <w:rPr>
                <w:color w:val="4A5568"/>
                <w:sz w:val="16"/>
              </w:rPr>
              <w:t xml:space="preserve">, </w:t>
            </w:r>
            <w:proofErr w:type="spellStart"/>
            <w:r>
              <w:rPr>
                <w:color w:val="4A5568"/>
                <w:sz w:val="16"/>
              </w:rPr>
              <w:t>déclare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avoir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pris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connaissance</w:t>
            </w:r>
            <w:proofErr w:type="spellEnd"/>
            <w:r>
              <w:rPr>
                <w:color w:val="4A5568"/>
                <w:sz w:val="16"/>
              </w:rPr>
              <w:t xml:space="preserve"> du </w:t>
            </w:r>
            <w:proofErr w:type="spellStart"/>
            <w:r>
              <w:rPr>
                <w:color w:val="4A5568"/>
                <w:sz w:val="16"/>
              </w:rPr>
              <w:t>règlement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intérieur</w:t>
            </w:r>
            <w:proofErr w:type="spellEnd"/>
            <w:r>
              <w:rPr>
                <w:color w:val="4A5568"/>
                <w:sz w:val="16"/>
              </w:rPr>
              <w:t xml:space="preserve"> de la piscine </w:t>
            </w:r>
            <w:proofErr w:type="spellStart"/>
            <w:r>
              <w:rPr>
                <w:color w:val="4A5568"/>
                <w:sz w:val="16"/>
              </w:rPr>
              <w:t>municipale</w:t>
            </w:r>
            <w:proofErr w:type="spellEnd"/>
            <w:r>
              <w:rPr>
                <w:color w:val="4A5568"/>
                <w:sz w:val="16"/>
              </w:rPr>
              <w:t xml:space="preserve"> et </w:t>
            </w:r>
            <w:proofErr w:type="spellStart"/>
            <w:r>
              <w:rPr>
                <w:color w:val="4A5568"/>
                <w:sz w:val="16"/>
              </w:rPr>
              <w:t>reconnais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avoir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été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informé</w:t>
            </w:r>
            <w:proofErr w:type="spellEnd"/>
            <w:r>
              <w:rPr>
                <w:color w:val="4A5568"/>
                <w:sz w:val="16"/>
              </w:rPr>
              <w:t>(e) que :</w:t>
            </w:r>
            <w:r>
              <w:rPr>
                <w:color w:val="4A5568"/>
                <w:sz w:val="16"/>
              </w:rPr>
              <w:br/>
              <w:t xml:space="preserve">1. La </w:t>
            </w:r>
            <w:proofErr w:type="spellStart"/>
            <w:r>
              <w:rPr>
                <w:color w:val="4A5568"/>
                <w:sz w:val="16"/>
              </w:rPr>
              <w:t>prise</w:t>
            </w:r>
            <w:proofErr w:type="spellEnd"/>
            <w:r>
              <w:rPr>
                <w:color w:val="4A5568"/>
                <w:sz w:val="16"/>
              </w:rPr>
              <w:t xml:space="preserve"> en charge des enfants par le personnel municipal </w:t>
            </w:r>
            <w:proofErr w:type="spellStart"/>
            <w:r>
              <w:rPr>
                <w:color w:val="4A5568"/>
                <w:sz w:val="16"/>
              </w:rPr>
              <w:t>est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strictement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limitée</w:t>
            </w:r>
            <w:proofErr w:type="spellEnd"/>
            <w:r>
              <w:rPr>
                <w:color w:val="4A5568"/>
                <w:sz w:val="16"/>
              </w:rPr>
              <w:t xml:space="preserve"> à la durée effective de la séance ;</w:t>
            </w:r>
            <w:r>
              <w:rPr>
                <w:color w:val="4A5568"/>
                <w:sz w:val="16"/>
              </w:rPr>
              <w:br/>
              <w:t xml:space="preserve">2. La piscine </w:t>
            </w:r>
            <w:proofErr w:type="spellStart"/>
            <w:r>
              <w:rPr>
                <w:color w:val="4A5568"/>
                <w:sz w:val="16"/>
              </w:rPr>
              <w:t>municipale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n'assure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aucun</w:t>
            </w:r>
            <w:proofErr w:type="spellEnd"/>
            <w:r>
              <w:rPr>
                <w:color w:val="4A5568"/>
                <w:sz w:val="16"/>
              </w:rPr>
              <w:t xml:space="preserve"> service de </w:t>
            </w:r>
            <w:proofErr w:type="spellStart"/>
            <w:r>
              <w:rPr>
                <w:color w:val="4A5568"/>
                <w:sz w:val="16"/>
              </w:rPr>
              <w:t>garde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avant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ou</w:t>
            </w:r>
            <w:proofErr w:type="spellEnd"/>
            <w:r>
              <w:rPr>
                <w:color w:val="4A5568"/>
                <w:sz w:val="16"/>
              </w:rPr>
              <w:t xml:space="preserve"> après les </w:t>
            </w:r>
            <w:proofErr w:type="spellStart"/>
            <w:r>
              <w:rPr>
                <w:color w:val="4A5568"/>
                <w:sz w:val="16"/>
              </w:rPr>
              <w:t>cours</w:t>
            </w:r>
            <w:proofErr w:type="spellEnd"/>
            <w:r>
              <w:rPr>
                <w:color w:val="4A5568"/>
                <w:sz w:val="16"/>
              </w:rPr>
              <w:t xml:space="preserve"> ;</w:t>
            </w:r>
            <w:r>
              <w:rPr>
                <w:color w:val="4A5568"/>
                <w:sz w:val="16"/>
              </w:rPr>
              <w:br/>
              <w:t xml:space="preserve">3. Les parents </w:t>
            </w:r>
            <w:proofErr w:type="spellStart"/>
            <w:r>
              <w:rPr>
                <w:color w:val="4A5568"/>
                <w:sz w:val="16"/>
              </w:rPr>
              <w:t>sont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responsables</w:t>
            </w:r>
            <w:proofErr w:type="spellEnd"/>
            <w:r>
              <w:rPr>
                <w:color w:val="4A5568"/>
                <w:sz w:val="16"/>
              </w:rPr>
              <w:t xml:space="preserve"> de </w:t>
            </w:r>
            <w:proofErr w:type="spellStart"/>
            <w:r>
              <w:rPr>
                <w:color w:val="4A5568"/>
                <w:sz w:val="16"/>
              </w:rPr>
              <w:t>l'organisation</w:t>
            </w:r>
            <w:proofErr w:type="spellEnd"/>
            <w:r>
              <w:rPr>
                <w:color w:val="4A5568"/>
                <w:sz w:val="16"/>
              </w:rPr>
              <w:t xml:space="preserve"> de </w:t>
            </w:r>
            <w:proofErr w:type="spellStart"/>
            <w:r>
              <w:rPr>
                <w:color w:val="4A5568"/>
                <w:sz w:val="16"/>
              </w:rPr>
              <w:t>l'arrivée</w:t>
            </w:r>
            <w:proofErr w:type="spellEnd"/>
            <w:r>
              <w:rPr>
                <w:color w:val="4A5568"/>
                <w:sz w:val="16"/>
              </w:rPr>
              <w:t xml:space="preserve"> et du </w:t>
            </w:r>
            <w:proofErr w:type="spellStart"/>
            <w:r>
              <w:rPr>
                <w:color w:val="4A5568"/>
                <w:sz w:val="16"/>
              </w:rPr>
              <w:t>départ</w:t>
            </w:r>
            <w:proofErr w:type="spellEnd"/>
            <w:r>
              <w:rPr>
                <w:color w:val="4A5568"/>
                <w:sz w:val="16"/>
              </w:rPr>
              <w:t xml:space="preserve"> de </w:t>
            </w:r>
            <w:proofErr w:type="spellStart"/>
            <w:r>
              <w:rPr>
                <w:color w:val="4A5568"/>
                <w:sz w:val="16"/>
              </w:rPr>
              <w:t>leur</w:t>
            </w:r>
            <w:proofErr w:type="spellEnd"/>
            <w:r>
              <w:rPr>
                <w:color w:val="4A5568"/>
                <w:sz w:val="16"/>
              </w:rPr>
              <w:t xml:space="preserve"> enfant ;</w:t>
            </w:r>
            <w:bookmarkStart w:id="0" w:name="_GoBack"/>
            <w:bookmarkEnd w:id="0"/>
            <w:r>
              <w:rPr>
                <w:color w:val="4A5568"/>
                <w:sz w:val="16"/>
              </w:rPr>
              <w:br/>
              <w:t xml:space="preserve">4. À </w:t>
            </w:r>
            <w:proofErr w:type="spellStart"/>
            <w:r>
              <w:rPr>
                <w:color w:val="4A5568"/>
                <w:sz w:val="16"/>
              </w:rPr>
              <w:t>l'issue</w:t>
            </w:r>
            <w:proofErr w:type="spellEnd"/>
            <w:r>
              <w:rPr>
                <w:color w:val="4A5568"/>
                <w:sz w:val="16"/>
              </w:rPr>
              <w:t xml:space="preserve"> de la séance, </w:t>
            </w:r>
            <w:proofErr w:type="spellStart"/>
            <w:r>
              <w:rPr>
                <w:color w:val="4A5568"/>
                <w:sz w:val="16"/>
              </w:rPr>
              <w:t>l'enfant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est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placé</w:t>
            </w:r>
            <w:proofErr w:type="spellEnd"/>
            <w:r>
              <w:rPr>
                <w:color w:val="4A5568"/>
                <w:sz w:val="16"/>
              </w:rPr>
              <w:t xml:space="preserve"> sous la </w:t>
            </w:r>
            <w:proofErr w:type="spellStart"/>
            <w:r>
              <w:rPr>
                <w:color w:val="4A5568"/>
                <w:sz w:val="16"/>
              </w:rPr>
              <w:t>responsabilité</w:t>
            </w:r>
            <w:proofErr w:type="spellEnd"/>
            <w:r>
              <w:rPr>
                <w:color w:val="4A5568"/>
                <w:sz w:val="16"/>
              </w:rPr>
              <w:t xml:space="preserve"> exclusive de </w:t>
            </w:r>
            <w:proofErr w:type="spellStart"/>
            <w:r>
              <w:rPr>
                <w:color w:val="4A5568"/>
                <w:sz w:val="16"/>
              </w:rPr>
              <w:t>ses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représentants</w:t>
            </w:r>
            <w:proofErr w:type="spellEnd"/>
            <w:r>
              <w:rPr>
                <w:color w:val="4A5568"/>
                <w:sz w:val="16"/>
              </w:rPr>
              <w:t xml:space="preserve"> </w:t>
            </w:r>
            <w:proofErr w:type="spellStart"/>
            <w:r>
              <w:rPr>
                <w:color w:val="4A5568"/>
                <w:sz w:val="16"/>
              </w:rPr>
              <w:t>légaux</w:t>
            </w:r>
            <w:proofErr w:type="spellEnd"/>
            <w:r>
              <w:rPr>
                <w:color w:val="4A5568"/>
                <w:sz w:val="16"/>
              </w:rPr>
              <w:t>.</w:t>
            </w:r>
          </w:p>
        </w:tc>
      </w:tr>
      <w:tr w:rsidR="00FE4AC1">
        <w:trPr>
          <w:jc w:val="center"/>
        </w:trPr>
        <w:tc>
          <w:tcPr>
            <w:tcW w:w="10800" w:type="dxa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64831" w:rsidRPr="00664831" w:rsidRDefault="00664831" w:rsidP="00664831">
            <w:pPr>
              <w:spacing w:after="0"/>
              <w:rPr>
                <w:b/>
                <w:color w:val="2B6CB0"/>
                <w:sz w:val="16"/>
              </w:rPr>
            </w:pPr>
            <w:r w:rsidRPr="00664831">
              <w:rPr>
                <w:rFonts w:ascii="Segoe UI Emoji" w:hAnsi="Segoe UI Emoji" w:cs="Segoe UI Emoji"/>
                <w:b/>
                <w:color w:val="2B6CB0"/>
                <w:sz w:val="16"/>
              </w:rPr>
              <w:t>🔒</w:t>
            </w:r>
            <w:r w:rsidRPr="00664831">
              <w:rPr>
                <w:b/>
                <w:color w:val="2B6CB0"/>
                <w:sz w:val="16"/>
              </w:rPr>
              <w:t xml:space="preserve"> Protection de </w:t>
            </w:r>
            <w:proofErr w:type="spellStart"/>
            <w:r w:rsidRPr="00664831">
              <w:rPr>
                <w:b/>
                <w:color w:val="2B6CB0"/>
                <w:sz w:val="16"/>
              </w:rPr>
              <w:t>vos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données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personnelles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(RGPD)</w:t>
            </w:r>
          </w:p>
          <w:p w:rsidR="00664831" w:rsidRPr="00664831" w:rsidRDefault="00664831" w:rsidP="00664831">
            <w:pPr>
              <w:spacing w:after="0"/>
              <w:rPr>
                <w:b/>
                <w:color w:val="2B6CB0"/>
                <w:sz w:val="16"/>
              </w:rPr>
            </w:pPr>
            <w:r w:rsidRPr="00664831">
              <w:rPr>
                <w:b/>
                <w:color w:val="2B6CB0"/>
                <w:sz w:val="16"/>
              </w:rPr>
              <w:t xml:space="preserve">Les </w:t>
            </w:r>
            <w:proofErr w:type="spellStart"/>
            <w:r w:rsidRPr="00664831">
              <w:rPr>
                <w:b/>
                <w:color w:val="2B6CB0"/>
                <w:sz w:val="16"/>
              </w:rPr>
              <w:t>informations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recueillies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sur </w:t>
            </w:r>
            <w:proofErr w:type="spellStart"/>
            <w:r w:rsidRPr="00664831">
              <w:rPr>
                <w:b/>
                <w:color w:val="2B6CB0"/>
                <w:sz w:val="16"/>
              </w:rPr>
              <w:t>ce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formulaire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sont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obligatoires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pour </w:t>
            </w:r>
            <w:proofErr w:type="spellStart"/>
            <w:r w:rsidRPr="00664831">
              <w:rPr>
                <w:b/>
                <w:color w:val="2B6CB0"/>
                <w:sz w:val="16"/>
              </w:rPr>
              <w:t>l'inscription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</w:t>
            </w:r>
            <w:proofErr w:type="spellStart"/>
            <w:r w:rsidRPr="00664831">
              <w:rPr>
                <w:b/>
                <w:color w:val="2B6CB0"/>
                <w:sz w:val="16"/>
              </w:rPr>
              <w:t>votre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enfant à </w:t>
            </w:r>
            <w:proofErr w:type="spellStart"/>
            <w:r w:rsidRPr="00664831">
              <w:rPr>
                <w:b/>
                <w:color w:val="2B6CB0"/>
                <w:sz w:val="16"/>
              </w:rPr>
              <w:t>l'école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natation. </w:t>
            </w:r>
            <w:proofErr w:type="spellStart"/>
            <w:r w:rsidRPr="00664831">
              <w:rPr>
                <w:b/>
                <w:color w:val="2B6CB0"/>
                <w:sz w:val="16"/>
              </w:rPr>
              <w:t>Elles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font </w:t>
            </w:r>
            <w:proofErr w:type="spellStart"/>
            <w:r w:rsidRPr="00664831">
              <w:rPr>
                <w:b/>
                <w:color w:val="2B6CB0"/>
                <w:sz w:val="16"/>
              </w:rPr>
              <w:t>l’objet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d’un </w:t>
            </w:r>
            <w:proofErr w:type="spellStart"/>
            <w:r w:rsidRPr="00664831">
              <w:rPr>
                <w:b/>
                <w:color w:val="2B6CB0"/>
                <w:sz w:val="16"/>
              </w:rPr>
              <w:t>traitement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informatisé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par la Ville de Mons-en-</w:t>
            </w:r>
            <w:proofErr w:type="spellStart"/>
            <w:r w:rsidRPr="00664831">
              <w:rPr>
                <w:b/>
                <w:color w:val="2B6CB0"/>
                <w:sz w:val="16"/>
              </w:rPr>
              <w:t>Barœul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(</w:t>
            </w:r>
            <w:proofErr w:type="spellStart"/>
            <w:r w:rsidRPr="00664831">
              <w:rPr>
                <w:b/>
                <w:color w:val="2B6CB0"/>
                <w:sz w:val="16"/>
              </w:rPr>
              <w:t>Responsable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</w:t>
            </w:r>
            <w:proofErr w:type="spellStart"/>
            <w:r w:rsidRPr="00664831">
              <w:rPr>
                <w:b/>
                <w:color w:val="2B6CB0"/>
                <w:sz w:val="16"/>
              </w:rPr>
              <w:t>traitement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) </w:t>
            </w:r>
            <w:proofErr w:type="spellStart"/>
            <w:r w:rsidRPr="00664831">
              <w:rPr>
                <w:b/>
                <w:color w:val="2B6CB0"/>
                <w:sz w:val="16"/>
              </w:rPr>
              <w:t>afin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</w:t>
            </w:r>
            <w:proofErr w:type="spellStart"/>
            <w:r w:rsidRPr="00664831">
              <w:rPr>
                <w:b/>
                <w:color w:val="2B6CB0"/>
                <w:sz w:val="16"/>
              </w:rPr>
              <w:t>gérer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l'organisation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des </w:t>
            </w:r>
            <w:proofErr w:type="spellStart"/>
            <w:r w:rsidRPr="00664831">
              <w:rPr>
                <w:b/>
                <w:color w:val="2B6CB0"/>
                <w:sz w:val="16"/>
              </w:rPr>
              <w:t>activités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, </w:t>
            </w:r>
            <w:proofErr w:type="spellStart"/>
            <w:r w:rsidRPr="00664831">
              <w:rPr>
                <w:b/>
                <w:color w:val="2B6CB0"/>
                <w:sz w:val="16"/>
              </w:rPr>
              <w:t>d'appliquer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la </w:t>
            </w:r>
            <w:proofErr w:type="spellStart"/>
            <w:r w:rsidRPr="00664831">
              <w:rPr>
                <w:b/>
                <w:color w:val="2B6CB0"/>
                <w:sz w:val="16"/>
              </w:rPr>
              <w:t>tarification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correspondante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(</w:t>
            </w:r>
            <w:proofErr w:type="spellStart"/>
            <w:r w:rsidRPr="00664831">
              <w:rPr>
                <w:b/>
                <w:color w:val="2B6CB0"/>
                <w:sz w:val="16"/>
              </w:rPr>
              <w:t>vérification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du </w:t>
            </w:r>
            <w:proofErr w:type="spellStart"/>
            <w:r w:rsidRPr="00664831">
              <w:rPr>
                <w:b/>
                <w:color w:val="2B6CB0"/>
                <w:sz w:val="16"/>
              </w:rPr>
              <w:t>statut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</w:t>
            </w:r>
            <w:proofErr w:type="spellStart"/>
            <w:r w:rsidRPr="00664831">
              <w:rPr>
                <w:b/>
                <w:color w:val="2B6CB0"/>
                <w:sz w:val="16"/>
              </w:rPr>
              <w:t>résident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), </w:t>
            </w:r>
            <w:proofErr w:type="spellStart"/>
            <w:r w:rsidRPr="00664831">
              <w:rPr>
                <w:b/>
                <w:color w:val="2B6CB0"/>
                <w:sz w:val="16"/>
              </w:rPr>
              <w:t>d'assurer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la </w:t>
            </w:r>
            <w:proofErr w:type="spellStart"/>
            <w:r w:rsidRPr="00664831">
              <w:rPr>
                <w:b/>
                <w:color w:val="2B6CB0"/>
                <w:sz w:val="16"/>
              </w:rPr>
              <w:t>sécurité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des </w:t>
            </w:r>
            <w:r w:rsidR="00CE3994">
              <w:rPr>
                <w:b/>
                <w:color w:val="2B6CB0"/>
                <w:sz w:val="16"/>
              </w:rPr>
              <w:t>enfants</w:t>
            </w:r>
            <w:r w:rsidRPr="00664831">
              <w:rPr>
                <w:b/>
                <w:color w:val="2B6CB0"/>
                <w:sz w:val="16"/>
              </w:rPr>
              <w:t xml:space="preserve"> et de </w:t>
            </w:r>
            <w:proofErr w:type="spellStart"/>
            <w:r w:rsidRPr="00664831">
              <w:rPr>
                <w:b/>
                <w:color w:val="2B6CB0"/>
                <w:sz w:val="16"/>
              </w:rPr>
              <w:t>pouvoir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vous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contacter</w:t>
            </w:r>
            <w:proofErr w:type="spellEnd"/>
            <w:r w:rsidRPr="00664831">
              <w:rPr>
                <w:b/>
                <w:color w:val="2B6CB0"/>
                <w:sz w:val="16"/>
              </w:rPr>
              <w:t>.</w:t>
            </w:r>
          </w:p>
          <w:p w:rsidR="00664831" w:rsidRPr="00664831" w:rsidRDefault="00664831" w:rsidP="00664831">
            <w:pPr>
              <w:spacing w:after="0"/>
              <w:rPr>
                <w:b/>
                <w:color w:val="2B6CB0"/>
                <w:sz w:val="16"/>
              </w:rPr>
            </w:pPr>
            <w:r w:rsidRPr="00664831">
              <w:rPr>
                <w:b/>
                <w:color w:val="2B6CB0"/>
                <w:sz w:val="16"/>
              </w:rPr>
              <w:t xml:space="preserve">• </w:t>
            </w:r>
            <w:proofErr w:type="spellStart"/>
            <w:r w:rsidRPr="00664831">
              <w:rPr>
                <w:b/>
                <w:color w:val="2B6CB0"/>
                <w:sz w:val="16"/>
              </w:rPr>
              <w:t>Destinataires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: </w:t>
            </w:r>
            <w:proofErr w:type="spellStart"/>
            <w:r w:rsidRPr="00664831">
              <w:rPr>
                <w:b/>
                <w:color w:val="2B6CB0"/>
                <w:sz w:val="16"/>
              </w:rPr>
              <w:t>Ces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données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sont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exclusivement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transmises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au </w:t>
            </w:r>
            <w:proofErr w:type="spellStart"/>
            <w:r w:rsidRPr="00664831">
              <w:rPr>
                <w:b/>
                <w:color w:val="2B6CB0"/>
                <w:sz w:val="16"/>
              </w:rPr>
              <w:t>directeur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la piscine et aux chefs de </w:t>
            </w:r>
            <w:proofErr w:type="spellStart"/>
            <w:r w:rsidRPr="00664831">
              <w:rPr>
                <w:b/>
                <w:color w:val="2B6CB0"/>
                <w:sz w:val="16"/>
              </w:rPr>
              <w:t>bassin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. Les </w:t>
            </w:r>
            <w:proofErr w:type="spellStart"/>
            <w:r w:rsidRPr="00664831">
              <w:rPr>
                <w:b/>
                <w:color w:val="2B6CB0"/>
                <w:sz w:val="16"/>
              </w:rPr>
              <w:t>justificatifs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domicile </w:t>
            </w:r>
            <w:proofErr w:type="spellStart"/>
            <w:r w:rsidRPr="00664831">
              <w:rPr>
                <w:b/>
                <w:color w:val="2B6CB0"/>
                <w:sz w:val="16"/>
              </w:rPr>
              <w:t>sont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uniquement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consultés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ou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conservés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temporairement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pour validation du </w:t>
            </w:r>
            <w:proofErr w:type="spellStart"/>
            <w:r w:rsidRPr="00664831">
              <w:rPr>
                <w:b/>
                <w:color w:val="2B6CB0"/>
                <w:sz w:val="16"/>
              </w:rPr>
              <w:t>tarif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résident</w:t>
            </w:r>
            <w:proofErr w:type="spellEnd"/>
            <w:r w:rsidRPr="00664831">
              <w:rPr>
                <w:b/>
                <w:color w:val="2B6CB0"/>
                <w:sz w:val="16"/>
              </w:rPr>
              <w:t>.</w:t>
            </w:r>
          </w:p>
          <w:p w:rsidR="00664831" w:rsidRPr="00664831" w:rsidRDefault="00664831" w:rsidP="00664831">
            <w:pPr>
              <w:spacing w:after="0"/>
              <w:rPr>
                <w:b/>
                <w:color w:val="2B6CB0"/>
                <w:sz w:val="16"/>
              </w:rPr>
            </w:pPr>
            <w:r w:rsidRPr="00664831">
              <w:rPr>
                <w:b/>
                <w:color w:val="2B6CB0"/>
                <w:sz w:val="16"/>
              </w:rPr>
              <w:t xml:space="preserve">• Conservation : Les </w:t>
            </w:r>
            <w:proofErr w:type="spellStart"/>
            <w:r w:rsidRPr="00664831">
              <w:rPr>
                <w:b/>
                <w:color w:val="2B6CB0"/>
                <w:sz w:val="16"/>
              </w:rPr>
              <w:t>données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sont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conservées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uniquement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jusqu’au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terme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la </w:t>
            </w:r>
            <w:proofErr w:type="spellStart"/>
            <w:r w:rsidRPr="00664831">
              <w:rPr>
                <w:b/>
                <w:color w:val="2B6CB0"/>
                <w:sz w:val="16"/>
              </w:rPr>
              <w:t>saison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</w:t>
            </w:r>
            <w:proofErr w:type="spellStart"/>
            <w:r w:rsidRPr="00664831">
              <w:rPr>
                <w:b/>
                <w:color w:val="2B6CB0"/>
                <w:sz w:val="16"/>
              </w:rPr>
              <w:t>l'école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 natation en </w:t>
            </w:r>
            <w:proofErr w:type="spellStart"/>
            <w:r w:rsidRPr="00664831">
              <w:rPr>
                <w:b/>
                <w:color w:val="2B6CB0"/>
                <w:sz w:val="16"/>
              </w:rPr>
              <w:t>cours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. Les </w:t>
            </w:r>
            <w:proofErr w:type="spellStart"/>
            <w:r w:rsidRPr="00664831">
              <w:rPr>
                <w:b/>
                <w:color w:val="2B6CB0"/>
                <w:sz w:val="16"/>
              </w:rPr>
              <w:t>justificatifs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et attestations de santé </w:t>
            </w:r>
            <w:proofErr w:type="spellStart"/>
            <w:r w:rsidRPr="00664831">
              <w:rPr>
                <w:b/>
                <w:color w:val="2B6CB0"/>
                <w:sz w:val="16"/>
              </w:rPr>
              <w:t>sont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détruits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à </w:t>
            </w:r>
            <w:proofErr w:type="spellStart"/>
            <w:r w:rsidRPr="00664831">
              <w:rPr>
                <w:b/>
                <w:color w:val="2B6CB0"/>
                <w:sz w:val="16"/>
              </w:rPr>
              <w:t>l'issue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</w:t>
            </w:r>
            <w:r w:rsidR="00CE3994">
              <w:rPr>
                <w:b/>
                <w:color w:val="2B6CB0"/>
                <w:sz w:val="16"/>
              </w:rPr>
              <w:t xml:space="preserve">e </w:t>
            </w:r>
            <w:proofErr w:type="spellStart"/>
            <w:r w:rsidR="00CE3994">
              <w:rPr>
                <w:b/>
                <w:color w:val="2B6CB0"/>
                <w:sz w:val="16"/>
              </w:rPr>
              <w:t>l’annee</w:t>
            </w:r>
            <w:proofErr w:type="spellEnd"/>
            <w:r w:rsidR="00CE3994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="00CE3994">
              <w:rPr>
                <w:b/>
                <w:color w:val="2B6CB0"/>
                <w:sz w:val="16"/>
              </w:rPr>
              <w:t>scolaires</w:t>
            </w:r>
            <w:proofErr w:type="spellEnd"/>
            <w:r w:rsidR="00CE3994">
              <w:rPr>
                <w:b/>
                <w:color w:val="2B6CB0"/>
                <w:sz w:val="16"/>
              </w:rPr>
              <w:t xml:space="preserve"> en </w:t>
            </w:r>
            <w:proofErr w:type="spellStart"/>
            <w:r w:rsidR="00CE3994">
              <w:rPr>
                <w:b/>
                <w:color w:val="2B6CB0"/>
                <w:sz w:val="16"/>
              </w:rPr>
              <w:t>cours</w:t>
            </w:r>
            <w:proofErr w:type="spellEnd"/>
            <w:r w:rsidRPr="00664831">
              <w:rPr>
                <w:b/>
                <w:color w:val="2B6CB0"/>
                <w:sz w:val="16"/>
              </w:rPr>
              <w:t>.</w:t>
            </w:r>
          </w:p>
          <w:p w:rsidR="00FE4AC1" w:rsidRDefault="00664831" w:rsidP="00664831">
            <w:pPr>
              <w:spacing w:after="0"/>
            </w:pPr>
            <w:r w:rsidRPr="00664831">
              <w:rPr>
                <w:b/>
                <w:color w:val="2B6CB0"/>
                <w:sz w:val="16"/>
              </w:rPr>
              <w:t xml:space="preserve">• Vos droits : </w:t>
            </w:r>
            <w:proofErr w:type="spellStart"/>
            <w:r w:rsidRPr="00664831">
              <w:rPr>
                <w:b/>
                <w:color w:val="2B6CB0"/>
                <w:sz w:val="16"/>
              </w:rPr>
              <w:t>Vous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disposez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d’un droit </w:t>
            </w:r>
            <w:proofErr w:type="spellStart"/>
            <w:r w:rsidRPr="00664831">
              <w:rPr>
                <w:b/>
                <w:color w:val="2B6CB0"/>
                <w:sz w:val="16"/>
              </w:rPr>
              <w:t>d’accès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, de rectification, de limitation et </w:t>
            </w:r>
            <w:proofErr w:type="spellStart"/>
            <w:r w:rsidRPr="00664831">
              <w:rPr>
                <w:b/>
                <w:color w:val="2B6CB0"/>
                <w:sz w:val="16"/>
              </w:rPr>
              <w:t>d’effacement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des </w:t>
            </w:r>
            <w:proofErr w:type="spellStart"/>
            <w:r w:rsidRPr="00664831">
              <w:rPr>
                <w:b/>
                <w:color w:val="2B6CB0"/>
                <w:sz w:val="16"/>
              </w:rPr>
              <w:t>données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. </w:t>
            </w:r>
            <w:proofErr w:type="spellStart"/>
            <w:r w:rsidRPr="00664831">
              <w:rPr>
                <w:b/>
                <w:color w:val="2B6CB0"/>
                <w:sz w:val="16"/>
              </w:rPr>
              <w:t>Contactez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notre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</w:t>
            </w:r>
            <w:proofErr w:type="spellStart"/>
            <w:r w:rsidRPr="00664831">
              <w:rPr>
                <w:b/>
                <w:color w:val="2B6CB0"/>
                <w:sz w:val="16"/>
              </w:rPr>
              <w:t>Délégué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à la Protection des </w:t>
            </w:r>
            <w:proofErr w:type="spellStart"/>
            <w:r w:rsidRPr="00664831">
              <w:rPr>
                <w:b/>
                <w:color w:val="2B6CB0"/>
                <w:sz w:val="16"/>
              </w:rPr>
              <w:t>Données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(DPO) à </w:t>
            </w:r>
            <w:proofErr w:type="spellStart"/>
            <w:r w:rsidRPr="00664831">
              <w:rPr>
                <w:b/>
                <w:color w:val="2B6CB0"/>
                <w:sz w:val="16"/>
              </w:rPr>
              <w:t>l'adresse</w:t>
            </w:r>
            <w:proofErr w:type="spellEnd"/>
            <w:r w:rsidRPr="00664831">
              <w:rPr>
                <w:b/>
                <w:color w:val="2B6CB0"/>
                <w:sz w:val="16"/>
              </w:rPr>
              <w:t xml:space="preserve"> : dpo@monsenbaroeul.fr.</w:t>
            </w:r>
          </w:p>
        </w:tc>
      </w:tr>
    </w:tbl>
    <w:p w:rsidR="00FE4AC1" w:rsidRDefault="00255C8E">
      <w:r>
        <w:br w:type="page"/>
      </w:r>
    </w:p>
    <w:p w:rsidR="00FE4AC1" w:rsidRDefault="00255C8E">
      <w:pPr>
        <w:spacing w:after="40"/>
        <w:jc w:val="center"/>
      </w:pPr>
      <w:r>
        <w:rPr>
          <w:b/>
          <w:color w:val="2B6CB0"/>
          <w:sz w:val="32"/>
        </w:rPr>
        <w:lastRenderedPageBreak/>
        <w:t>QUESTIONNAIRE DE SANTÉ "SPORT"</w:t>
      </w:r>
    </w:p>
    <w:p w:rsidR="00FE4AC1" w:rsidRDefault="00255C8E">
      <w:pPr>
        <w:spacing w:after="160"/>
        <w:jc w:val="center"/>
      </w:pPr>
      <w:r>
        <w:rPr>
          <w:b/>
          <w:color w:val="4A5568"/>
          <w:sz w:val="20"/>
        </w:rPr>
        <w:t>Destiné aux mineurs — Application du décret n° 2021-564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tcBorders>
              <w:left w:val="single" w:sz="24" w:space="0" w:color="DD6B20"/>
            </w:tcBorders>
            <w:shd w:val="clear" w:color="auto" w:fill="FFFA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4AC1" w:rsidRDefault="00255C8E">
            <w:r>
              <w:rPr>
                <w:b/>
                <w:color w:val="DD6B20"/>
                <w:sz w:val="17"/>
              </w:rPr>
              <w:t>💡 Ce questionnaire est à remplir par les parents ou le représentant légal de l'enfant. Il permet de savoir s'il est nécessaire de fournir un certificat médical pour l'inscription.</w:t>
            </w:r>
          </w:p>
        </w:tc>
      </w:tr>
    </w:tbl>
    <w:p w:rsidR="00FE4AC1" w:rsidRDefault="00FE4AC1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b/>
                <w:sz w:val="17"/>
              </w:rPr>
              <w:t>Questions concernant l'état de santé de l'enfant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OUI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EDF2F7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b/>
                <w:sz w:val="17"/>
              </w:rPr>
              <w:t>NON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1. Un membre de votre famille est-il décédé subitement d'une cause cardiaque ou inexpliquée avant l'âge de 50 ans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2. L'enfant a-t-il ressenti une douleur dans la poitrine, des palpitations ou un essoufflement anormal lors d'un effort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3. L'enfant a-t-il eu un malaise, une perte de connaissance ou des convulsions pendant ou après un effort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4. L'enfant a-t-il été arrêté plus de 15 jours pour des raisons de santé durant l'année écoulée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5. L'enfant a-t-il actuellement des problèmes de santé (articulations, souffle, asthme non contrôlé...)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6. Un médecin vous a-t-il déjà conseillé de limiter ou de surveiller l'activité physique de l'enfant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  <w:tr w:rsidR="00FE4AC1">
        <w:trPr>
          <w:jc w:val="center"/>
        </w:trPr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r>
              <w:rPr>
                <w:sz w:val="16"/>
              </w:rPr>
              <w:t>7. L'enfant porte-t-il un appareillage médical ou présente-t-il un handicap nécessitant un aménagement ?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  <w:tc>
          <w:tcPr>
            <w:tcW w:w="360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:rsidR="00FE4AC1" w:rsidRDefault="00255C8E">
            <w:pPr>
              <w:jc w:val="center"/>
            </w:pPr>
            <w:r>
              <w:rPr>
                <w:sz w:val="16"/>
              </w:rPr>
              <w:t>[  ]</w:t>
            </w:r>
          </w:p>
        </w:tc>
      </w:tr>
    </w:tbl>
    <w:p w:rsidR="00FE4AC1" w:rsidRDefault="00FE4AC1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FE4AC1">
        <w:trPr>
          <w:jc w:val="center"/>
        </w:trPr>
        <w:tc>
          <w:tcPr>
            <w:tcW w:w="10800" w:type="dxa"/>
            <w:shd w:val="clear" w:color="auto" w:fill="DD6B20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E4AC1" w:rsidRDefault="00255C8E">
            <w:pPr>
              <w:spacing w:after="0"/>
            </w:pPr>
            <w:r>
              <w:rPr>
                <w:b/>
                <w:color w:val="FFFFFF"/>
              </w:rPr>
              <w:t>ATTESTATION DE SANTÉ (À REMPLIR OBLIGATOIREMENT)</w:t>
            </w:r>
          </w:p>
        </w:tc>
      </w:tr>
    </w:tbl>
    <w:p w:rsidR="00FE4AC1" w:rsidRDefault="00FE4AC1">
      <w:pPr>
        <w:spacing w:after="80"/>
      </w:pPr>
    </w:p>
    <w:p w:rsidR="00FE4AC1" w:rsidRDefault="00255C8E">
      <w:pPr>
        <w:spacing w:after="80"/>
      </w:pPr>
      <w:r>
        <w:rPr>
          <w:b/>
        </w:rPr>
        <w:t xml:space="preserve">Je soussigné(e), M./Mme </w:t>
      </w:r>
      <w:r>
        <w:t>.......................................................................................</w:t>
      </w:r>
      <w:r>
        <w:br/>
      </w:r>
      <w:r>
        <w:rPr>
          <w:b/>
        </w:rPr>
        <w:t xml:space="preserve">représentant(e) légal(e) de l'enfant </w:t>
      </w:r>
      <w:r>
        <w:t>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  <w:gridCol w:w="60"/>
      </w:tblGrid>
      <w:tr w:rsidR="00FE4AC1">
        <w:trPr>
          <w:gridAfter w:val="1"/>
          <w:wAfter w:w="60" w:type="dxa"/>
          <w:jc w:val="center"/>
        </w:trPr>
        <w:tc>
          <w:tcPr>
            <w:tcW w:w="10800" w:type="dxa"/>
            <w:gridSpan w:val="2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E4AC1" w:rsidRDefault="00255C8E">
            <w:r>
              <w:rPr>
                <w:b/>
                <w:sz w:val="17"/>
              </w:rPr>
              <w:t>Cochez la case correspondant à votre situation :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  <w:t>[  ] ATTENTION - TOUTES LES RÉPONSES SONT "NON" :</w:t>
            </w:r>
            <w:r>
              <w:rPr>
                <w:b/>
                <w:sz w:val="17"/>
              </w:rPr>
              <w:br/>
            </w:r>
            <w:r>
              <w:rPr>
                <w:sz w:val="16"/>
              </w:rPr>
              <w:t>J'atteste avoir répondu "NON" à l'ensemble des questions. Aucun certificat médical n'est requis.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b/>
                <w:sz w:val="17"/>
              </w:rPr>
              <w:t>[  ] ATTENTION - AU MOINS UNE RÉPONSE EST "OUI" :</w:t>
            </w:r>
            <w:r>
              <w:rPr>
                <w:b/>
                <w:sz w:val="17"/>
              </w:rPr>
              <w:br/>
            </w:r>
            <w:r>
              <w:rPr>
                <w:sz w:val="16"/>
              </w:rPr>
              <w:t>J'ai répondu "OUI" à une ou plusieurs questions. Je m'engage à fournir un certificat médical de non contre-indication datant de moins de 6 mois.</w:t>
            </w:r>
          </w:p>
        </w:tc>
      </w:tr>
      <w:tr w:rsidR="00FE4AC1">
        <w:trPr>
          <w:jc w:val="center"/>
        </w:trPr>
        <w:tc>
          <w:tcPr>
            <w:tcW w:w="54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AC1" w:rsidRDefault="00255C8E">
            <w:pPr>
              <w:spacing w:before="80"/>
            </w:pPr>
            <w:r>
              <w:rPr>
                <w:b/>
              </w:rPr>
              <w:t xml:space="preserve">Fait à : </w:t>
            </w:r>
            <w:r>
              <w:t>.........................................</w:t>
            </w:r>
            <w:r>
              <w:br/>
            </w:r>
            <w:r>
              <w:br/>
            </w:r>
            <w:r>
              <w:rPr>
                <w:b/>
              </w:rPr>
              <w:t xml:space="preserve">Le : </w:t>
            </w:r>
            <w:r>
              <w:t>.... / .... / 20....</w:t>
            </w:r>
          </w:p>
        </w:tc>
        <w:tc>
          <w:tcPr>
            <w:tcW w:w="5400" w:type="dxa"/>
            <w:gridSpan w:val="2"/>
            <w:tcBorders>
              <w:top w:val="dashed" w:sz="4" w:space="0" w:color="CBD5E0"/>
              <w:left w:val="dashed" w:sz="4" w:space="0" w:color="CBD5E0"/>
              <w:bottom w:val="dashed" w:sz="4" w:space="0" w:color="CBD5E0"/>
              <w:right w:val="dashed" w:sz="4" w:space="0" w:color="CBD5E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AC1" w:rsidRDefault="00255C8E">
            <w:pPr>
              <w:spacing w:before="80"/>
            </w:pPr>
            <w:r>
              <w:rPr>
                <w:b/>
              </w:rPr>
              <w:t>Signature du parent / responsable légal :</w:t>
            </w:r>
            <w:r>
              <w:rPr>
                <w:b/>
              </w:rP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D702D4" w:rsidRDefault="00D702D4" w:rsidP="008807A0"/>
    <w:sectPr w:rsidR="00D702D4" w:rsidSect="00664831"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54403"/>
    <w:multiLevelType w:val="hybridMultilevel"/>
    <w:tmpl w:val="BEAEB376"/>
    <w:lvl w:ilvl="0" w:tplc="D3D88796">
      <w:start w:val="1"/>
      <w:numFmt w:val="bullet"/>
      <w:lvlText w:val="o"/>
      <w:lvlJc w:val="left"/>
      <w:pPr>
        <w:ind w:left="10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C8E"/>
    <w:rsid w:val="0029639D"/>
    <w:rsid w:val="00326F90"/>
    <w:rsid w:val="0053411B"/>
    <w:rsid w:val="00664831"/>
    <w:rsid w:val="007846E5"/>
    <w:rsid w:val="008807A0"/>
    <w:rsid w:val="0091742D"/>
    <w:rsid w:val="00AA1D8D"/>
    <w:rsid w:val="00B47730"/>
    <w:rsid w:val="00CB0664"/>
    <w:rsid w:val="00CE3994"/>
    <w:rsid w:val="00D702D4"/>
    <w:rsid w:val="00E84F48"/>
    <w:rsid w:val="00ED78EE"/>
    <w:rsid w:val="00FC693F"/>
    <w:rsid w:val="00FE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F7C0A"/>
  <w14:defaultImageDpi w14:val="300"/>
  <w15:docId w15:val="{BE393B6A-AAFD-45F4-9E81-9F29BFD9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D3748"/>
      <w:sz w:val="19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341472-376C-4F2C-A1C8-BEA89B09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870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Baptiste Verhille</cp:lastModifiedBy>
  <cp:revision>3</cp:revision>
  <cp:lastPrinted>2026-07-16T14:51:00Z</cp:lastPrinted>
  <dcterms:created xsi:type="dcterms:W3CDTF">2026-07-16T15:00:00Z</dcterms:created>
  <dcterms:modified xsi:type="dcterms:W3CDTF">2026-07-17T13:24:00Z</dcterms:modified>
  <cp:category/>
</cp:coreProperties>
</file>